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Arial" w:hAnsi="Arial"/>
          <w:b/>
          <w:color w:val="239AB5"/>
          <w:sz w:val="36"/>
        </w:rPr>
        <w:t>Arbeitszeugnis</w:t>
      </w:r>
    </w:p>
    <w:p>
      <w:pPr>
        <w:spacing w:after="200"/>
      </w:pPr>
      <w:r>
        <w:t>Frau Mia Muster war vom TT.MM.JJJJ bis zum TT.MM.JJJJ als Schreibkraft in unserem Unternehmen beschäftigt.</w:t>
      </w:r>
    </w:p>
    <w:p>
      <w:pPr>
        <w:spacing w:after="200"/>
      </w:pPr>
      <w:r>
        <w:t>Die Stift und Füller GmbH ist ein Hersteller von Büroartikeln in Deutschland.</w:t>
      </w:r>
    </w:p>
    <w:p>
      <w:pPr>
        <w:spacing w:after="80"/>
      </w:pPr>
      <w:r>
        <w:t>Frau Muster war im Sekretariat tätig. Zu ihren wesentlichen Aufgaben gehörten:</w:t>
      </w:r>
    </w:p>
    <w:p>
      <w:pPr>
        <w:spacing w:after="60"/>
        <w:ind w:left="312" w:hanging="170"/>
      </w:pPr>
      <w:r>
        <w:rPr>
          <w:b/>
        </w:rPr>
        <w:t xml:space="preserve">• </w:t>
      </w:r>
      <w:r>
        <w:t>Erstellen und Bearbeiten der geschäftlichen Korrespondenz</w:t>
      </w:r>
    </w:p>
    <w:p>
      <w:pPr>
        <w:spacing w:after="60"/>
        <w:ind w:left="312" w:hanging="170"/>
      </w:pPr>
      <w:r>
        <w:rPr>
          <w:b/>
        </w:rPr>
        <w:t xml:space="preserve">• </w:t>
      </w:r>
      <w:r>
        <w:t>Telefonische und schriftliche Kommunikation</w:t>
      </w:r>
    </w:p>
    <w:p>
      <w:pPr>
        <w:spacing w:after="60"/>
        <w:ind w:left="312" w:hanging="170"/>
      </w:pPr>
      <w:r>
        <w:rPr>
          <w:b/>
        </w:rPr>
        <w:t xml:space="preserve">• </w:t>
      </w:r>
      <w:r>
        <w:t>Empfang und Betreuung von Besuchern</w:t>
      </w:r>
    </w:p>
    <w:p>
      <w:pPr>
        <w:spacing w:after="60"/>
        <w:ind w:left="312" w:hanging="170"/>
      </w:pPr>
      <w:r>
        <w:rPr>
          <w:b/>
        </w:rPr>
        <w:t xml:space="preserve">• </w:t>
      </w:r>
      <w:r>
        <w:t>Terminplanung und -koordination</w:t>
      </w:r>
    </w:p>
    <w:p>
      <w:pPr>
        <w:spacing w:after="60"/>
        <w:ind w:left="312" w:hanging="170"/>
      </w:pPr>
      <w:r>
        <w:rPr>
          <w:b/>
        </w:rPr>
        <w:t xml:space="preserve">• </w:t>
      </w:r>
      <w:r>
        <w:t>Vorbereitung und Organisation von Dienstreisen</w:t>
      </w:r>
    </w:p>
    <w:p>
      <w:pPr>
        <w:spacing w:after="60"/>
        <w:ind w:left="312" w:hanging="170"/>
      </w:pPr>
      <w:r>
        <w:rPr>
          <w:b/>
        </w:rPr>
        <w:t xml:space="preserve">• </w:t>
      </w:r>
      <w:r>
        <w:t>Allgemeine administrative Tätigkeiten</w:t>
      </w:r>
    </w:p>
    <w:p>
      <w:pPr>
        <w:spacing w:before="160"/>
      </w:pPr>
      <w:r>
        <w:t>Frau Muster verlässt unser Unternehmen zum TT.MM.JJJJ auf eigenen Wunsch. Wir danken ihr für die Zusammenarbeit und wünschen ihr für ihre berufliche und persönliche Zukunft alles Gute.</w:t>
      </w:r>
    </w:p>
    <w:p/>
    <w:p>
      <w:pPr>
        <w:spacing w:after="440"/>
      </w:pPr>
      <w:r>
        <w:t>Ort, Datum</w:t>
      </w:r>
    </w:p>
    <w:p>
      <w:r>
        <w:t>Unterschrift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6464"/>
        <w:sz w:val="16"/>
      </w:rPr>
      <w:t>Kostenlose Vorlage von Karrierebibel.de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239AB5"/>
        <w:sz w:val="17"/>
      </w:rPr>
      <w:t>KARRIEREBIBEL.DE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