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4"/>
        </w:rPr>
        <w:t>ARBEITSZEUGNIS</w:t>
      </w:r>
    </w:p>
    <w:p>
      <w:pPr>
        <w:spacing w:after="280"/>
        <w:jc w:val="center"/>
      </w:pPr>
      <w:r>
        <w:rPr>
          <w:rFonts w:ascii="Arial" w:hAnsi="Arial"/>
          <w:b/>
          <w:sz w:val="21"/>
        </w:rPr>
        <w:t>Einfaches Arbeitszeugnis</w:t>
      </w:r>
    </w:p>
    <w:p>
      <w:pPr>
        <w:jc w:val="left"/>
      </w:pPr>
      <w:r>
        <w:t>Herr/Frau [Vorname Nachname], geboren am [TT.MM.JJJJ], war vom [TT.MM.JJJJ] bis zum [TT.MM.JJJJ] als [Position] in unserem Unternehmen, der [Unternehmen], beschäftigt.</w:t>
      </w:r>
    </w:p>
    <w:p>
      <w:pPr>
        <w:jc w:val="left"/>
      </w:pPr>
      <w:r>
        <w:t>Zu seinen/ihren Aufgaben gehörten insbesondere: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[Aufgabe / Verantwortungsbereich 1]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[Aufgabe / Verantwortungsbereich 2]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[Aufgabe / Verantwortungsbereich 3]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[Projekt / besondere Verantwortung]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[Weitere relevante Tätigkeit]</w:t>
      </w:r>
    </w:p>
    <w:p/>
    <w:p>
      <w:pPr>
        <w:jc w:val="left"/>
      </w:pPr>
      <w:r>
        <w:t>Das Arbeitsverhältnis endet mit Ablauf des [TT.MM.JJJJ].</w:t>
      </w:r>
    </w:p>
    <w:p>
      <w:pPr>
        <w:jc w:val="left"/>
      </w:pPr>
      <w:r>
        <w:t>[Ort], [TT.MM.JJJJ]</w:t>
      </w:r>
    </w:p>
    <w:p>
      <w:pPr>
        <w:jc w:val="left"/>
      </w:pPr>
      <w:r>
        <w:t>[Unterschrift Arbeitgeber / zeichnungsberechtigte Person]</w:t>
      </w:r>
    </w:p>
    <w:p>
      <w:pPr>
        <w:spacing w:before="200"/>
      </w:pPr>
      <w:r>
        <w:rPr>
          <w:i/>
          <w:sz w:val="17"/>
        </w:rPr>
        <w:t>Hinweis: Muster zur individuellen Anpassung. Angaben in eckigen Klammern ersetzen.</w:t>
      </w:r>
    </w:p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