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4"/>
        </w:rPr>
        <w:t>ARBEITSZEUGNIS</w:t>
      </w:r>
    </w:p>
    <w:p>
      <w:pPr>
        <w:spacing w:after="280"/>
        <w:jc w:val="center"/>
      </w:pPr>
      <w:r>
        <w:rPr>
          <w:rFonts w:ascii="Arial" w:hAnsi="Arial"/>
          <w:b/>
          <w:sz w:val="21"/>
        </w:rPr>
        <w:t>Note 1 - sehr gut</w:t>
      </w:r>
    </w:p>
    <w:p>
      <w:pPr>
        <w:jc w:val="left"/>
      </w:pPr>
      <w:r>
        <w:t>Herr/Frau [Vorname Nachname], geboren am [TT.MM.JJJJ], war vom [TT.MM.JJJJ] bis zum [TT.MM.JJJJ] als [Position] in unserem Unternehmen, der [Unternehmen], tätig.</w:t>
      </w:r>
    </w:p>
    <w:p>
      <w:pPr>
        <w:jc w:val="left"/>
      </w:pPr>
      <w:r>
        <w:t>Zu seinen/ihren Aufgaben gehörten insbesondere: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1]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2]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[Aufgabe / Verantwortungsbereich 3]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[Projekt / besondere Verantwortung]</w:t>
      </w:r>
    </w:p>
    <w:p>
      <w:pPr>
        <w:spacing w:after="60"/>
        <w:ind w:left="283" w:hanging="170"/>
      </w:pPr>
      <w:r>
        <w:rPr>
          <w:b/>
        </w:rPr>
        <w:t xml:space="preserve">• </w:t>
      </w:r>
      <w:r>
        <w:t>[Weitere relevante Tätigkeit]</w:t>
      </w:r>
    </w:p>
    <w:p/>
    <w:p>
      <w:pPr>
        <w:jc w:val="left"/>
      </w:pPr>
      <w:r>
        <w:t>Herr/Frau [Nachname] verfügte über ein hervorragendes und jederzeit sehr umfassendes Fachwissen, das er/sie stets sicher und äußerst erfolgreich in der Praxis einsetzte. Dank seiner/ihrer sehr schnellen Auffassungsgabe überblickte er/sie auch komplexe Zusammenhänge sofort und fand jederzeit ausgezeichnete Lösungen.</w:t>
      </w:r>
    </w:p>
    <w:p>
      <w:pPr>
        <w:jc w:val="left"/>
      </w:pPr>
      <w:r>
        <w:t>Er/Sie zeigte stets eine außergewöhnlich hohe Eigeninitiative und identifizierte sich in besonderem Maße mit seinen/ihren Aufgaben und unserem Unternehmen. Auch unter hoher Belastung arbeitete er/sie jederzeit äußerst zuverlässig, zielorientiert und effizient.</w:t>
      </w:r>
    </w:p>
    <w:p>
      <w:pPr>
        <w:jc w:val="left"/>
      </w:pPr>
      <w:r>
        <w:t>Seine/Ihre Arbeitsweise war stets von größter Sorgfalt, Selbstständigkeit und sehr guter Planung geprägt. Die Qualität seiner/ihrer Arbeitsergebnisse war jederzeit hervorragend. Herr/Frau [Nachname] erfüllte die ihm/ihr übertragenen Aufgaben stets zu unserer vollsten Zufriedenheit.</w:t>
      </w:r>
    </w:p>
    <w:p>
      <w:pPr>
        <w:jc w:val="left"/>
      </w:pPr>
      <w:r>
        <w:t>Sein/Ihr Verhalten gegenüber Vorgesetzten, Kollegen und Kunden/Geschäftspartnern war jederzeit vorbildlich. Aufgrund seiner/ihrer freundlichen, verbindlichen und hilfsbereiten Art war Herr/Frau [Nachname] allseits sehr geschätzt.</w:t>
      </w:r>
    </w:p>
    <w:p>
      <w:pPr>
        <w:jc w:val="left"/>
      </w:pPr>
      <w:r>
        <w:t>Herr/Frau [Nachname] verlässt unser Unternehmen zum [TT.MM.JJJJ] auf eigenen Wunsch. Wir bedauern sein/ihr Ausscheiden außerordentlich, danken ihm/ihr für die stets hervorragenden Leistungen und die sehr gute Zusammenarbeit und wünschen ihm/ihr für die berufliche und private Zukunft weiterhin viel Erfolg und alles Gute.</w:t>
      </w:r>
    </w:p>
    <w:p/>
    <w:p>
      <w:r>
        <w:t>[Ort], [TT.MM.JJJJ]</w:t>
      </w:r>
    </w:p>
    <w:p/>
    <w:p>
      <w:r>
        <w:t>[Unterschrift Arbeitgeber / zeichnungsberechtigte Person]</w:t>
      </w:r>
    </w:p>
    <w:p>
      <w:pPr>
        <w:spacing w:before="200"/>
      </w:pPr>
      <w:r>
        <w:rPr>
          <w:i/>
          <w:sz w:val="17"/>
        </w:rPr>
        <w:t>Hinweis: Muster zur individuellen Anpassung. Angaben in eckigen Klammern ersetzen.</w:t>
      </w:r>
    </w:p>
    <w:sectPr w:rsidR="00FC693F" w:rsidRPr="0006063C" w:rsidSect="00034616">
      <w:pgSz w:w="12240" w:h="15840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