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4"/>
        </w:rPr>
        <w:t>ARBEITSZEUGNIS</w:t>
      </w:r>
    </w:p>
    <w:p>
      <w:pPr>
        <w:spacing w:after="280"/>
        <w:jc w:val="center"/>
      </w:pPr>
      <w:r>
        <w:rPr>
          <w:rFonts w:ascii="Arial" w:hAnsi="Arial"/>
          <w:b/>
          <w:sz w:val="21"/>
        </w:rPr>
        <w:t>Note 2 - gut</w:t>
      </w:r>
    </w:p>
    <w:p>
      <w:pPr>
        <w:jc w:val="left"/>
      </w:pPr>
      <w:r>
        <w:t>Herr/Frau [Vorname Nachname], geboren am [TT.MM.JJJJ], war vom [TT.MM.JJJJ] bis zum [TT.MM.JJJJ] als [Position] in unserem Unternehmen, der [Unternehmen], tätig.</w:t>
      </w:r>
    </w:p>
    <w:p>
      <w:pPr>
        <w:jc w:val="left"/>
      </w:pPr>
      <w:r>
        <w:t>Zu seinen/ihren Aufgaben gehörten insbesondere: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1]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2]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3]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[Projekt / besondere Verantwortung]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[Weitere relevante Tätigkeit]</w:t>
      </w:r>
    </w:p>
    <w:p/>
    <w:p>
      <w:pPr>
        <w:jc w:val="left"/>
      </w:pPr>
      <w:r>
        <w:t>Herr/Frau [Nachname] verfügte über ein gutes und umfassendes Fachwissen, das er/sie stets sicher und erfolgreich in der Praxis einsetzte. Neue Aufgaben und Zusammenhänge erfasste er/sie schnell und fand gute, praktikable Lösungen.</w:t>
      </w:r>
    </w:p>
    <w:p>
      <w:pPr>
        <w:jc w:val="left"/>
      </w:pPr>
      <w:r>
        <w:t>Er/Sie zeigte stets eine hohe Einsatzbereitschaft und arbeitete auch bei stärkerer Belastung zuverlässig und zielorientiert. Seine/Ihre Aufgaben plante und erledigte er/sie selbstständig, sorgfältig und effizient.</w:t>
      </w:r>
    </w:p>
    <w:p>
      <w:pPr>
        <w:jc w:val="left"/>
      </w:pPr>
      <w:r>
        <w:t>Die Qualität seiner/ihrer Arbeitsergebnisse war stets gut. Herr/Frau [Nachname] erfüllte die ihm/ihr übertragenen Aufgaben stets zu unserer vollen Zufriedenheit.</w:t>
      </w:r>
    </w:p>
    <w:p>
      <w:pPr>
        <w:jc w:val="left"/>
      </w:pPr>
      <w:r>
        <w:t>Sein/Ihr Verhalten gegenüber Vorgesetzten, Kollegen und Kunden/Geschäftspartnern war stets einwandfrei. Durch seine/ihre freundliche und kooperative Art war Herr/Frau [Nachname] ein geschätzter Mitarbeiter/eine geschätzte Mitarbeiterin.</w:t>
      </w:r>
    </w:p>
    <w:p>
      <w:pPr>
        <w:jc w:val="left"/>
      </w:pPr>
      <w:r>
        <w:t>Herr/Frau [Nachname] verlässt unser Unternehmen zum [TT.MM.JJJJ] auf eigenen Wunsch. Wir bedauern sein/ihr Ausscheiden, danken ihm/ihr für die stets guten Leistungen und die gute Zusammenarbeit und wünschen ihm/ihr für die berufliche und private Zukunft weiterhin viel Erfolg und alles Gute.</w:t>
      </w:r>
    </w:p>
    <w:p/>
    <w:p>
      <w:r>
        <w:t>[Ort], [TT.MM.JJJJ]</w:t>
      </w:r>
    </w:p>
    <w:p/>
    <w:p>
      <w:r>
        <w:t>[Unterschrift Arbeitgeber / zeichnungsberechtigte Person]</w:t>
      </w:r>
    </w:p>
    <w:p>
      <w:pPr>
        <w:spacing w:before="200"/>
      </w:pPr>
      <w:r>
        <w:rPr>
          <w:i/>
          <w:sz w:val="17"/>
        </w:rPr>
        <w:t>Hinweis: Muster zur individuellen Anpassung. Angaben in eckigen Klammern ersetzen.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