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4"/>
        </w:rPr>
        <w:t>ARBEITSZEUGNIS</w:t>
      </w:r>
    </w:p>
    <w:p>
      <w:pPr>
        <w:spacing w:after="280"/>
        <w:jc w:val="center"/>
      </w:pPr>
      <w:r>
        <w:rPr>
          <w:rFonts w:ascii="Arial" w:hAnsi="Arial"/>
          <w:b/>
          <w:sz w:val="21"/>
        </w:rPr>
        <w:t>Note 3 - befriedigend</w:t>
      </w:r>
    </w:p>
    <w:p>
      <w:pPr>
        <w:jc w:val="left"/>
      </w:pPr>
      <w:r>
        <w:t>Herr/Frau [Vorname Nachname], geboren am [TT.MM.JJJJ], war vom [TT.MM.JJJJ] bis zum [TT.MM.JJJJ] als [Position] in unserem Unternehmen, der [Unternehmen], tätig.</w:t>
      </w:r>
    </w:p>
    <w:p>
      <w:pPr>
        <w:jc w:val="left"/>
      </w:pPr>
      <w:r>
        <w:t>Zu seinen/ihren Aufgaben gehörten insbesondere: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1]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2]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3]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[Projekt / besondere Verantwortung]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[Weitere relevante Tätigkeit]</w:t>
      </w:r>
    </w:p>
    <w:p/>
    <w:p>
      <w:pPr>
        <w:jc w:val="left"/>
      </w:pPr>
      <w:r>
        <w:t>Herr/Frau [Nachname] verfügte über solide Fachkenntnisse, die er/sie in seinem/ihrem Aufgabenbereich sicher einsetzte. Mit neuen Aufgaben machte er/sie sich zügig vertraut und fand zweckmäßige Lösungen.</w:t>
      </w:r>
    </w:p>
    <w:p>
      <w:pPr>
        <w:jc w:val="left"/>
      </w:pPr>
      <w:r>
        <w:t>Er/Sie zeigte Einsatzbereitschaft und arbeitete auch bei wechselnden Anforderungen zuverlässig. Seine/Ihre Aufgaben erledigte er/sie sorgfältig und planvoll.</w:t>
      </w:r>
    </w:p>
    <w:p>
      <w:pPr>
        <w:jc w:val="left"/>
      </w:pPr>
      <w:r>
        <w:t>Die Arbeitsergebnisse entsprachen unseren Anforderungen. Herr/Frau [Nachname] erfüllte die ihm/ihr übertragenen Aufgaben zu unserer vollen Zufriedenheit.</w:t>
      </w:r>
    </w:p>
    <w:p>
      <w:pPr>
        <w:jc w:val="left"/>
      </w:pPr>
      <w:r>
        <w:t>Sein/Ihr Verhalten gegenüber Vorgesetzten, Kollegen und Kunden/Geschäftspartnern war einwandfrei. Herr/Frau [Nachname] fügte sich gut in das Team ein.</w:t>
      </w:r>
    </w:p>
    <w:p>
      <w:pPr>
        <w:jc w:val="left"/>
      </w:pPr>
      <w:r>
        <w:t>Herr/Frau [Nachname] verlässt unser Unternehmen zum [TT.MM.JJJJ] auf eigenen Wunsch. Wir danken ihm/ihr für die Zusammenarbeit und wünschen ihm/ihr für die berufliche und private Zukunft alles Gute und Erfolg.</w:t>
      </w:r>
    </w:p>
    <w:p/>
    <w:p>
      <w:r>
        <w:t>[Ort], [TT.MM.JJJJ]</w:t>
      </w:r>
    </w:p>
    <w:p/>
    <w:p>
      <w:r>
        <w:t>[Unterschrift Arbeitgeber / zeichnungsberechtigte Person]</w:t>
      </w:r>
    </w:p>
    <w:p>
      <w:pPr>
        <w:spacing w:before="200"/>
      </w:pPr>
      <w:r>
        <w:rPr>
          <w:i/>
          <w:sz w:val="17"/>
        </w:rPr>
        <w:t>Hinweis: Muster zur individuellen Anpassung. Angaben in eckigen Klammern ersetzen.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