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ARBEITSZEUGNIS</w:t>
      </w:r>
    </w:p>
    <w:p>
      <w:pPr>
        <w:spacing w:after="280"/>
        <w:jc w:val="center"/>
      </w:pPr>
      <w:r>
        <w:rPr>
          <w:rFonts w:ascii="Arial" w:hAnsi="Arial"/>
          <w:b/>
          <w:sz w:val="21"/>
        </w:rPr>
        <w:t>Note 4 - ausreichend</w:t>
      </w:r>
    </w:p>
    <w:p>
      <w:pPr>
        <w:jc w:val="left"/>
      </w:pPr>
      <w:r>
        <w:t>Herr/Frau [Vorname Nachname], geboren am [TT.MM.JJJJ], war vom [TT.MM.JJJJ] bis zum [TT.MM.JJJJ] als [Position] in unserem Unternehmen, der [Unternehmen], tätig.</w:t>
      </w:r>
    </w:p>
    <w:p>
      <w:pPr>
        <w:jc w:val="left"/>
      </w:pPr>
      <w:r>
        <w:t>Zu seinen/ihren Aufgaben gehörten insbesondere: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1]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2]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3]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[Projekt / besondere Verantwortung]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[Weitere relevante Tätigkeit]</w:t>
      </w:r>
    </w:p>
    <w:p/>
    <w:p>
      <w:pPr>
        <w:jc w:val="left"/>
      </w:pPr>
      <w:r>
        <w:t>Herr/Frau [Nachname] verfügte über die für seinen/ihren Aufgabenbereich erforderlichen Fachkenntnisse und setzte diese im Rahmen seiner/ihrer Tätigkeit ein. Mit den ihm/ihr übertragenen Aufgaben machte er/sie sich vertraut.</w:t>
      </w:r>
    </w:p>
    <w:p>
      <w:pPr>
        <w:jc w:val="left"/>
      </w:pPr>
      <w:r>
        <w:t>Er/Sie zeigte die erforderliche Einsatzbereitschaft und erledigte seine/ihre Aufgaben im Allgemeinen sorgfältig. Die vereinbarten Arbeitsabläufe und Vorgaben wurden beachtet.</w:t>
      </w:r>
    </w:p>
    <w:p>
      <w:pPr>
        <w:jc w:val="left"/>
      </w:pPr>
      <w:r>
        <w:t>Herr/Frau [Nachname] erfüllte die ihm/ihr übertragenen Aufgaben zu unserer Zufriedenheit.</w:t>
      </w:r>
    </w:p>
    <w:p>
      <w:pPr>
        <w:jc w:val="left"/>
      </w:pPr>
      <w:r>
        <w:t>Sein/Ihr Verhalten gegenüber Vorgesetzten, Kollegen und Kunden/Geschäftspartnern war insgesamt einwandfrei.</w:t>
      </w:r>
    </w:p>
    <w:p>
      <w:pPr>
        <w:jc w:val="left"/>
      </w:pPr>
      <w:r>
        <w:t>Herr/Frau [Nachname] verlässt unser Unternehmen zum [TT.MM.JJJJ]. Wir danken ihm/ihr für die Zusammenarbeit und wünschen ihm/ihr für die Zukunft alles Gute.</w:t>
      </w:r>
    </w:p>
    <w:p/>
    <w:p>
      <w:r>
        <w:t>[Ort], [TT.MM.JJJJ]</w:t>
      </w:r>
    </w:p>
    <w:p/>
    <w:p>
      <w:r>
        <w:t>[Unterschrift Arbeitgeber / zeichnungsberechtigte Person]</w:t>
      </w:r>
    </w:p>
    <w:p>
      <w:pPr>
        <w:spacing w:before="200"/>
      </w:pPr>
      <w:r>
        <w:rPr>
          <w:i/>
          <w:sz w:val="17"/>
        </w:rPr>
        <w:t>Hinweis: Muster zur individuellen Anpassung. Angaben in eckigen Klammern ersetzen.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