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Urlaubsübergabe – Vorlage</w:t>
      </w:r>
    </w:p>
    <w:p>
      <w:r>
        <w:rPr>
          <w:i/>
        </w:rPr>
        <w:t>Alle wichtigen Aufgaben, Termine und Ansprechpartner auf einen Blick.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35"/>
        <w:gridCol w:w="6803"/>
      </w:tblGrid>
      <w:tr>
        <w:tc>
          <w:tcPr>
            <w:tcW w:type="dxa" w:w="5100"/>
            <w:shd w:fill="ECF3F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b/>
              </w:rPr>
              <w:t>Urlaubszeitraum</w:t>
            </w:r>
          </w:p>
        </w:tc>
        <w:tc>
          <w:tcPr>
            <w:tcW w:type="dxa" w:w="5100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von ____________________ bis ____________________</w:t>
            </w:r>
          </w:p>
        </w:tc>
      </w:tr>
      <w:tr>
        <w:tc>
          <w:tcPr>
            <w:tcW w:type="dxa" w:w="5100"/>
            <w:shd w:fill="ECF3F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b/>
              </w:rPr>
              <w:t>Vertretung</w:t>
            </w:r>
          </w:p>
        </w:tc>
        <w:tc>
          <w:tcPr>
            <w:tcW w:type="dxa" w:w="5100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_______________________________________________</w:t>
            </w:r>
          </w:p>
        </w:tc>
      </w:tr>
      <w:tr>
        <w:tc>
          <w:tcPr>
            <w:tcW w:type="dxa" w:w="5100"/>
            <w:shd w:fill="ECF3F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b/>
              </w:rPr>
              <w:t>Letzter Arbeitstag</w:t>
            </w:r>
          </w:p>
        </w:tc>
        <w:tc>
          <w:tcPr>
            <w:tcW w:type="dxa" w:w="5100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____________________</w:t>
            </w:r>
          </w:p>
        </w:tc>
      </w:tr>
      <w:tr>
        <w:tc>
          <w:tcPr>
            <w:tcW w:type="dxa" w:w="5100"/>
            <w:shd w:fill="ECF3F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b/>
              </w:rPr>
              <w:t>Erster Arbeitstag zurück</w:t>
            </w:r>
          </w:p>
        </w:tc>
        <w:tc>
          <w:tcPr>
            <w:tcW w:type="dxa" w:w="5100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____________________</w:t>
            </w:r>
          </w:p>
        </w:tc>
      </w:tr>
    </w:tbl>
    <w:p>
      <w:pPr>
        <w:pStyle w:val="Heading1"/>
      </w:pPr>
      <w:r>
        <w:t>Laufende Projekte &amp; offene Aufgaben</w:t>
      </w:r>
    </w:p>
    <w:p>
      <w:r>
        <w:t>Tragen Sie nur Aufgaben ein, die während Ihrer Abwesenheit relevant sind. Formulieren Sie den nächsten Schritt möglichst konkret.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rPr>
          <w:tblHeader w:val="true"/>
        </w:trPr>
        <w:tc>
          <w:tcPr>
            <w:tcW w:type="dxa" w:w="2040"/>
            <w:shd w:fill="239AB5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Aufgabe / Projekt</w:t>
            </w:r>
          </w:p>
        </w:tc>
        <w:tc>
          <w:tcPr>
            <w:tcW w:type="dxa" w:w="2040"/>
            <w:shd w:fill="239AB5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Status</w:t>
            </w:r>
          </w:p>
        </w:tc>
        <w:tc>
          <w:tcPr>
            <w:tcW w:type="dxa" w:w="2040"/>
            <w:shd w:fill="239AB5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Nächster Schritt</w:t>
            </w:r>
          </w:p>
        </w:tc>
        <w:tc>
          <w:tcPr>
            <w:tcW w:type="dxa" w:w="2040"/>
            <w:shd w:fill="239AB5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Priorität</w:t>
            </w:r>
          </w:p>
        </w:tc>
        <w:tc>
          <w:tcPr>
            <w:tcW w:type="dxa" w:w="2040"/>
            <w:shd w:fill="239AB5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Deadline</w:t>
            </w:r>
          </w:p>
        </w:tc>
      </w:tr>
      <w:tr>
        <w:tc>
          <w:tcPr>
            <w:tcW w:type="dxa" w:w="2040"/>
            <w:tcMar>
              <w:top w:w="120" w:type="dxa"/>
              <w:start w:w="80" w:type="dxa"/>
              <w:bottom w:w="120" w:type="dxa"/>
              <w:end w:w="80" w:type="dxa"/>
            </w:tcMar>
          </w:tcPr>
          <w:p>
            <w:r/>
          </w:p>
        </w:tc>
        <w:tc>
          <w:tcPr>
            <w:tcW w:type="dxa" w:w="2040"/>
            <w:tcMar>
              <w:top w:w="120" w:type="dxa"/>
              <w:start w:w="80" w:type="dxa"/>
              <w:bottom w:w="120" w:type="dxa"/>
              <w:end w:w="80" w:type="dxa"/>
            </w:tcMar>
          </w:tcPr>
          <w:p>
            <w:r/>
          </w:p>
        </w:tc>
        <w:tc>
          <w:tcPr>
            <w:tcW w:type="dxa" w:w="2040"/>
            <w:tcMar>
              <w:top w:w="120" w:type="dxa"/>
              <w:start w:w="80" w:type="dxa"/>
              <w:bottom w:w="120" w:type="dxa"/>
              <w:end w:w="80" w:type="dxa"/>
            </w:tcMar>
          </w:tcPr>
          <w:p>
            <w:r/>
          </w:p>
        </w:tc>
        <w:tc>
          <w:tcPr>
            <w:tcW w:type="dxa" w:w="2040"/>
            <w:tcMar>
              <w:top w:w="120" w:type="dxa"/>
              <w:start w:w="80" w:type="dxa"/>
              <w:bottom w:w="120" w:type="dxa"/>
              <w:end w:w="80" w:type="dxa"/>
            </w:tcMar>
          </w:tcPr>
          <w:p>
            <w:r/>
          </w:p>
        </w:tc>
        <w:tc>
          <w:tcPr>
            <w:tcW w:type="dxa" w:w="2040"/>
            <w:tcMar>
              <w:top w:w="120" w:type="dxa"/>
              <w:start w:w="80" w:type="dxa"/>
              <w:bottom w:w="120" w:type="dxa"/>
              <w:end w:w="80" w:type="dxa"/>
            </w:tcMar>
          </w:tcPr>
          <w:p>
            <w:r/>
          </w:p>
        </w:tc>
      </w:tr>
      <w:tr>
        <w:tc>
          <w:tcPr>
            <w:tcW w:type="dxa" w:w="2040"/>
            <w:tcMar>
              <w:top w:w="120" w:type="dxa"/>
              <w:start w:w="80" w:type="dxa"/>
              <w:bottom w:w="120" w:type="dxa"/>
              <w:end w:w="80" w:type="dxa"/>
            </w:tcMar>
          </w:tcPr>
          <w:p>
            <w:r/>
          </w:p>
        </w:tc>
        <w:tc>
          <w:tcPr>
            <w:tcW w:type="dxa" w:w="2040"/>
            <w:tcMar>
              <w:top w:w="120" w:type="dxa"/>
              <w:start w:w="80" w:type="dxa"/>
              <w:bottom w:w="120" w:type="dxa"/>
              <w:end w:w="80" w:type="dxa"/>
            </w:tcMar>
          </w:tcPr>
          <w:p>
            <w:r/>
          </w:p>
        </w:tc>
        <w:tc>
          <w:tcPr>
            <w:tcW w:type="dxa" w:w="2040"/>
            <w:tcMar>
              <w:top w:w="120" w:type="dxa"/>
              <w:start w:w="80" w:type="dxa"/>
              <w:bottom w:w="120" w:type="dxa"/>
              <w:end w:w="80" w:type="dxa"/>
            </w:tcMar>
          </w:tcPr>
          <w:p>
            <w:r/>
          </w:p>
        </w:tc>
        <w:tc>
          <w:tcPr>
            <w:tcW w:type="dxa" w:w="2040"/>
            <w:tcMar>
              <w:top w:w="120" w:type="dxa"/>
              <w:start w:w="80" w:type="dxa"/>
              <w:bottom w:w="120" w:type="dxa"/>
              <w:end w:w="80" w:type="dxa"/>
            </w:tcMar>
          </w:tcPr>
          <w:p>
            <w:r/>
          </w:p>
        </w:tc>
        <w:tc>
          <w:tcPr>
            <w:tcW w:type="dxa" w:w="2040"/>
            <w:tcMar>
              <w:top w:w="120" w:type="dxa"/>
              <w:start w:w="80" w:type="dxa"/>
              <w:bottom w:w="120" w:type="dxa"/>
              <w:end w:w="80" w:type="dxa"/>
            </w:tcMar>
          </w:tcPr>
          <w:p>
            <w:r/>
          </w:p>
        </w:tc>
      </w:tr>
      <w:tr>
        <w:tc>
          <w:tcPr>
            <w:tcW w:type="dxa" w:w="2040"/>
            <w:tcMar>
              <w:top w:w="120" w:type="dxa"/>
              <w:start w:w="80" w:type="dxa"/>
              <w:bottom w:w="120" w:type="dxa"/>
              <w:end w:w="80" w:type="dxa"/>
            </w:tcMar>
          </w:tcPr>
          <w:p>
            <w:r/>
          </w:p>
        </w:tc>
        <w:tc>
          <w:tcPr>
            <w:tcW w:type="dxa" w:w="2040"/>
            <w:tcMar>
              <w:top w:w="120" w:type="dxa"/>
              <w:start w:w="80" w:type="dxa"/>
              <w:bottom w:w="120" w:type="dxa"/>
              <w:end w:w="80" w:type="dxa"/>
            </w:tcMar>
          </w:tcPr>
          <w:p>
            <w:r/>
          </w:p>
        </w:tc>
        <w:tc>
          <w:tcPr>
            <w:tcW w:type="dxa" w:w="2040"/>
            <w:tcMar>
              <w:top w:w="120" w:type="dxa"/>
              <w:start w:w="80" w:type="dxa"/>
              <w:bottom w:w="120" w:type="dxa"/>
              <w:end w:w="80" w:type="dxa"/>
            </w:tcMar>
          </w:tcPr>
          <w:p>
            <w:r/>
          </w:p>
        </w:tc>
        <w:tc>
          <w:tcPr>
            <w:tcW w:type="dxa" w:w="2040"/>
            <w:tcMar>
              <w:top w:w="120" w:type="dxa"/>
              <w:start w:w="80" w:type="dxa"/>
              <w:bottom w:w="120" w:type="dxa"/>
              <w:end w:w="80" w:type="dxa"/>
            </w:tcMar>
          </w:tcPr>
          <w:p>
            <w:r/>
          </w:p>
        </w:tc>
        <w:tc>
          <w:tcPr>
            <w:tcW w:type="dxa" w:w="2040"/>
            <w:tcMar>
              <w:top w:w="120" w:type="dxa"/>
              <w:start w:w="80" w:type="dxa"/>
              <w:bottom w:w="120" w:type="dxa"/>
              <w:end w:w="80" w:type="dxa"/>
            </w:tcMar>
          </w:tcPr>
          <w:p>
            <w:r/>
          </w:p>
        </w:tc>
      </w:tr>
      <w:tr>
        <w:tc>
          <w:tcPr>
            <w:tcW w:type="dxa" w:w="2040"/>
            <w:tcMar>
              <w:top w:w="120" w:type="dxa"/>
              <w:start w:w="80" w:type="dxa"/>
              <w:bottom w:w="120" w:type="dxa"/>
              <w:end w:w="80" w:type="dxa"/>
            </w:tcMar>
          </w:tcPr>
          <w:p>
            <w:r/>
          </w:p>
        </w:tc>
        <w:tc>
          <w:tcPr>
            <w:tcW w:type="dxa" w:w="2040"/>
            <w:tcMar>
              <w:top w:w="120" w:type="dxa"/>
              <w:start w:w="80" w:type="dxa"/>
              <w:bottom w:w="120" w:type="dxa"/>
              <w:end w:w="80" w:type="dxa"/>
            </w:tcMar>
          </w:tcPr>
          <w:p>
            <w:r/>
          </w:p>
        </w:tc>
        <w:tc>
          <w:tcPr>
            <w:tcW w:type="dxa" w:w="2040"/>
            <w:tcMar>
              <w:top w:w="120" w:type="dxa"/>
              <w:start w:w="80" w:type="dxa"/>
              <w:bottom w:w="120" w:type="dxa"/>
              <w:end w:w="80" w:type="dxa"/>
            </w:tcMar>
          </w:tcPr>
          <w:p>
            <w:r/>
          </w:p>
        </w:tc>
        <w:tc>
          <w:tcPr>
            <w:tcW w:type="dxa" w:w="2040"/>
            <w:tcMar>
              <w:top w:w="120" w:type="dxa"/>
              <w:start w:w="80" w:type="dxa"/>
              <w:bottom w:w="120" w:type="dxa"/>
              <w:end w:w="80" w:type="dxa"/>
            </w:tcMar>
          </w:tcPr>
          <w:p>
            <w:r/>
          </w:p>
        </w:tc>
        <w:tc>
          <w:tcPr>
            <w:tcW w:type="dxa" w:w="2040"/>
            <w:tcMar>
              <w:top w:w="120" w:type="dxa"/>
              <w:start w:w="80" w:type="dxa"/>
              <w:bottom w:w="120" w:type="dxa"/>
              <w:end w:w="80" w:type="dxa"/>
            </w:tcMar>
          </w:tcPr>
          <w:p>
            <w:r/>
          </w:p>
        </w:tc>
      </w:tr>
      <w:tr>
        <w:tc>
          <w:tcPr>
            <w:tcW w:type="dxa" w:w="2040"/>
            <w:tcMar>
              <w:top w:w="120" w:type="dxa"/>
              <w:start w:w="80" w:type="dxa"/>
              <w:bottom w:w="120" w:type="dxa"/>
              <w:end w:w="80" w:type="dxa"/>
            </w:tcMar>
          </w:tcPr>
          <w:p>
            <w:r/>
          </w:p>
        </w:tc>
        <w:tc>
          <w:tcPr>
            <w:tcW w:type="dxa" w:w="2040"/>
            <w:tcMar>
              <w:top w:w="120" w:type="dxa"/>
              <w:start w:w="80" w:type="dxa"/>
              <w:bottom w:w="120" w:type="dxa"/>
              <w:end w:w="80" w:type="dxa"/>
            </w:tcMar>
          </w:tcPr>
          <w:p>
            <w:r/>
          </w:p>
        </w:tc>
        <w:tc>
          <w:tcPr>
            <w:tcW w:type="dxa" w:w="2040"/>
            <w:tcMar>
              <w:top w:w="120" w:type="dxa"/>
              <w:start w:w="80" w:type="dxa"/>
              <w:bottom w:w="120" w:type="dxa"/>
              <w:end w:w="80" w:type="dxa"/>
            </w:tcMar>
          </w:tcPr>
          <w:p>
            <w:r/>
          </w:p>
        </w:tc>
        <w:tc>
          <w:tcPr>
            <w:tcW w:type="dxa" w:w="2040"/>
            <w:tcMar>
              <w:top w:w="120" w:type="dxa"/>
              <w:start w:w="80" w:type="dxa"/>
              <w:bottom w:w="120" w:type="dxa"/>
              <w:end w:w="80" w:type="dxa"/>
            </w:tcMar>
          </w:tcPr>
          <w:p>
            <w:r/>
          </w:p>
        </w:tc>
        <w:tc>
          <w:tcPr>
            <w:tcW w:type="dxa" w:w="2040"/>
            <w:tcMar>
              <w:top w:w="120" w:type="dxa"/>
              <w:start w:w="80" w:type="dxa"/>
              <w:bottom w:w="120" w:type="dxa"/>
              <w:end w:w="80" w:type="dxa"/>
            </w:tcMar>
          </w:tcPr>
          <w:p>
            <w:r/>
          </w:p>
        </w:tc>
      </w:tr>
      <w:tr>
        <w:tc>
          <w:tcPr>
            <w:tcW w:type="dxa" w:w="2040"/>
            <w:tcMar>
              <w:top w:w="120" w:type="dxa"/>
              <w:start w:w="80" w:type="dxa"/>
              <w:bottom w:w="120" w:type="dxa"/>
              <w:end w:w="80" w:type="dxa"/>
            </w:tcMar>
          </w:tcPr>
          <w:p>
            <w:r/>
          </w:p>
        </w:tc>
        <w:tc>
          <w:tcPr>
            <w:tcW w:type="dxa" w:w="2040"/>
            <w:tcMar>
              <w:top w:w="120" w:type="dxa"/>
              <w:start w:w="80" w:type="dxa"/>
              <w:bottom w:w="120" w:type="dxa"/>
              <w:end w:w="80" w:type="dxa"/>
            </w:tcMar>
          </w:tcPr>
          <w:p>
            <w:r/>
          </w:p>
        </w:tc>
        <w:tc>
          <w:tcPr>
            <w:tcW w:type="dxa" w:w="2040"/>
            <w:tcMar>
              <w:top w:w="120" w:type="dxa"/>
              <w:start w:w="80" w:type="dxa"/>
              <w:bottom w:w="120" w:type="dxa"/>
              <w:end w:w="80" w:type="dxa"/>
            </w:tcMar>
          </w:tcPr>
          <w:p>
            <w:r/>
          </w:p>
        </w:tc>
        <w:tc>
          <w:tcPr>
            <w:tcW w:type="dxa" w:w="2040"/>
            <w:tcMar>
              <w:top w:w="120" w:type="dxa"/>
              <w:start w:w="80" w:type="dxa"/>
              <w:bottom w:w="120" w:type="dxa"/>
              <w:end w:w="80" w:type="dxa"/>
            </w:tcMar>
          </w:tcPr>
          <w:p>
            <w:r/>
          </w:p>
        </w:tc>
        <w:tc>
          <w:tcPr>
            <w:tcW w:type="dxa" w:w="2040"/>
            <w:tcMar>
              <w:top w:w="120" w:type="dxa"/>
              <w:start w:w="80" w:type="dxa"/>
              <w:bottom w:w="120" w:type="dxa"/>
              <w:end w:w="80" w:type="dxa"/>
            </w:tcMar>
          </w:tcPr>
          <w:p>
            <w:r/>
          </w:p>
        </w:tc>
      </w:tr>
    </w:tbl>
    <w:p>
      <w:pPr>
        <w:pStyle w:val="Heading1"/>
      </w:pPr>
      <w:r>
        <w:t>Wichtige Termine</w:t>
      </w:r>
    </w:p>
    <w:p>
      <w:r>
        <w:t>Meetings, Rückrufe, Liefertermine oder andere feste Termine während Ihrer Abwesenheit.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tblHeader w:val="true"/>
        </w:trPr>
        <w:tc>
          <w:tcPr>
            <w:tcW w:type="dxa" w:w="3400"/>
            <w:shd w:fill="C7EBF4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</w:rPr>
              <w:t>Datum / Uhrzeit</w:t>
            </w:r>
          </w:p>
        </w:tc>
        <w:tc>
          <w:tcPr>
            <w:tcW w:type="dxa" w:w="3400"/>
            <w:shd w:fill="C7EBF4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</w:rPr>
              <w:t>Termin</w:t>
            </w:r>
          </w:p>
        </w:tc>
        <w:tc>
          <w:tcPr>
            <w:tcW w:type="dxa" w:w="3400"/>
            <w:shd w:fill="C7EBF4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</w:rPr>
              <w:t>Aufgabe / Hinweis</w:t>
            </w:r>
          </w:p>
        </w:tc>
      </w:tr>
      <w:tr>
        <w:tc>
          <w:tcPr>
            <w:tcW w:type="dxa" w:w="3400"/>
            <w:tcMar>
              <w:top w:w="120" w:type="dxa"/>
              <w:start w:w="80" w:type="dxa"/>
              <w:bottom w:w="120" w:type="dxa"/>
              <w:end w:w="80" w:type="dxa"/>
            </w:tcMar>
          </w:tcPr>
          <w:p/>
        </w:tc>
        <w:tc>
          <w:tcPr>
            <w:tcW w:type="dxa" w:w="3400"/>
            <w:tcMar>
              <w:top w:w="120" w:type="dxa"/>
              <w:start w:w="80" w:type="dxa"/>
              <w:bottom w:w="120" w:type="dxa"/>
              <w:end w:w="80" w:type="dxa"/>
            </w:tcMar>
          </w:tcPr>
          <w:p/>
        </w:tc>
        <w:tc>
          <w:tcPr>
            <w:tcW w:type="dxa" w:w="3400"/>
            <w:tcMar>
              <w:top w:w="120" w:type="dxa"/>
              <w:start w:w="80" w:type="dxa"/>
              <w:bottom w:w="120" w:type="dxa"/>
              <w:end w:w="80" w:type="dxa"/>
            </w:tcMar>
          </w:tcPr>
          <w:p/>
        </w:tc>
      </w:tr>
      <w:tr>
        <w:tc>
          <w:tcPr>
            <w:tcW w:type="dxa" w:w="3400"/>
            <w:tcMar>
              <w:top w:w="120" w:type="dxa"/>
              <w:start w:w="80" w:type="dxa"/>
              <w:bottom w:w="120" w:type="dxa"/>
              <w:end w:w="80" w:type="dxa"/>
            </w:tcMar>
          </w:tcPr>
          <w:p/>
        </w:tc>
        <w:tc>
          <w:tcPr>
            <w:tcW w:type="dxa" w:w="3400"/>
            <w:tcMar>
              <w:top w:w="120" w:type="dxa"/>
              <w:start w:w="80" w:type="dxa"/>
              <w:bottom w:w="120" w:type="dxa"/>
              <w:end w:w="80" w:type="dxa"/>
            </w:tcMar>
          </w:tcPr>
          <w:p/>
        </w:tc>
        <w:tc>
          <w:tcPr>
            <w:tcW w:type="dxa" w:w="3400"/>
            <w:tcMar>
              <w:top w:w="120" w:type="dxa"/>
              <w:start w:w="80" w:type="dxa"/>
              <w:bottom w:w="120" w:type="dxa"/>
              <w:end w:w="80" w:type="dxa"/>
            </w:tcMar>
          </w:tcPr>
          <w:p/>
        </w:tc>
      </w:tr>
      <w:tr>
        <w:tc>
          <w:tcPr>
            <w:tcW w:type="dxa" w:w="3400"/>
            <w:tcMar>
              <w:top w:w="120" w:type="dxa"/>
              <w:start w:w="80" w:type="dxa"/>
              <w:bottom w:w="120" w:type="dxa"/>
              <w:end w:w="80" w:type="dxa"/>
            </w:tcMar>
          </w:tcPr>
          <w:p/>
        </w:tc>
        <w:tc>
          <w:tcPr>
            <w:tcW w:type="dxa" w:w="3400"/>
            <w:tcMar>
              <w:top w:w="120" w:type="dxa"/>
              <w:start w:w="80" w:type="dxa"/>
              <w:bottom w:w="120" w:type="dxa"/>
              <w:end w:w="80" w:type="dxa"/>
            </w:tcMar>
          </w:tcPr>
          <w:p/>
        </w:tc>
        <w:tc>
          <w:tcPr>
            <w:tcW w:type="dxa" w:w="3400"/>
            <w:tcMar>
              <w:top w:w="120" w:type="dxa"/>
              <w:start w:w="80" w:type="dxa"/>
              <w:bottom w:w="120" w:type="dxa"/>
              <w:end w:w="80" w:type="dxa"/>
            </w:tcMar>
          </w:tcPr>
          <w:p/>
        </w:tc>
      </w:tr>
      <w:tr>
        <w:tc>
          <w:tcPr>
            <w:tcW w:type="dxa" w:w="3400"/>
            <w:tcMar>
              <w:top w:w="120" w:type="dxa"/>
              <w:start w:w="80" w:type="dxa"/>
              <w:bottom w:w="120" w:type="dxa"/>
              <w:end w:w="80" w:type="dxa"/>
            </w:tcMar>
          </w:tcPr>
          <w:p/>
        </w:tc>
        <w:tc>
          <w:tcPr>
            <w:tcW w:type="dxa" w:w="3400"/>
            <w:tcMar>
              <w:top w:w="120" w:type="dxa"/>
              <w:start w:w="80" w:type="dxa"/>
              <w:bottom w:w="120" w:type="dxa"/>
              <w:end w:w="80" w:type="dxa"/>
            </w:tcMar>
          </w:tcPr>
          <w:p/>
        </w:tc>
        <w:tc>
          <w:tcPr>
            <w:tcW w:type="dxa" w:w="3400"/>
            <w:tcMar>
              <w:top w:w="120" w:type="dxa"/>
              <w:start w:w="80" w:type="dxa"/>
              <w:bottom w:w="120" w:type="dxa"/>
              <w:end w:w="80" w:type="dxa"/>
            </w:tcMar>
          </w:tcPr>
          <w:p/>
        </w:tc>
      </w:tr>
    </w:tbl>
    <w:p>
      <w:r>
        <w:br w:type="page"/>
      </w:r>
    </w:p>
    <w:p>
      <w:pPr>
        <w:pStyle w:val="Heading1"/>
      </w:pPr>
      <w:r>
        <w:t>Ansprechpartner</w:t>
      </w:r>
    </w:p>
    <w:p>
      <w:r>
        <w:t>Interne und externe Kontakte, die Ihre Vertretung kennen sollte.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tblHeader w:val="true"/>
        </w:trPr>
        <w:tc>
          <w:tcPr>
            <w:tcW w:type="dxa" w:w="3400"/>
            <w:shd w:fill="C7EBF4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</w:rPr>
              <w:t>Name</w:t>
            </w:r>
          </w:p>
        </w:tc>
        <w:tc>
          <w:tcPr>
            <w:tcW w:type="dxa" w:w="3400"/>
            <w:shd w:fill="C7EBF4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</w:rPr>
              <w:t>Kontakt</w:t>
            </w:r>
          </w:p>
        </w:tc>
        <w:tc>
          <w:tcPr>
            <w:tcW w:type="dxa" w:w="3400"/>
            <w:shd w:fill="C7EBF4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</w:rPr>
              <w:t>Thema / Zuständigkeit</w:t>
            </w:r>
          </w:p>
        </w:tc>
      </w:tr>
      <w:tr>
        <w:tc>
          <w:tcPr>
            <w:tcW w:type="dxa" w:w="3400"/>
            <w:tcMar>
              <w:top w:w="120" w:type="dxa"/>
              <w:start w:w="80" w:type="dxa"/>
              <w:bottom w:w="120" w:type="dxa"/>
              <w:end w:w="80" w:type="dxa"/>
            </w:tcMar>
          </w:tcPr>
          <w:p/>
        </w:tc>
        <w:tc>
          <w:tcPr>
            <w:tcW w:type="dxa" w:w="3400"/>
            <w:tcMar>
              <w:top w:w="120" w:type="dxa"/>
              <w:start w:w="80" w:type="dxa"/>
              <w:bottom w:w="120" w:type="dxa"/>
              <w:end w:w="80" w:type="dxa"/>
            </w:tcMar>
          </w:tcPr>
          <w:p/>
        </w:tc>
        <w:tc>
          <w:tcPr>
            <w:tcW w:type="dxa" w:w="3400"/>
            <w:tcMar>
              <w:top w:w="120" w:type="dxa"/>
              <w:start w:w="80" w:type="dxa"/>
              <w:bottom w:w="120" w:type="dxa"/>
              <w:end w:w="80" w:type="dxa"/>
            </w:tcMar>
          </w:tcPr>
          <w:p/>
        </w:tc>
      </w:tr>
      <w:tr>
        <w:tc>
          <w:tcPr>
            <w:tcW w:type="dxa" w:w="3400"/>
            <w:tcMar>
              <w:top w:w="120" w:type="dxa"/>
              <w:start w:w="80" w:type="dxa"/>
              <w:bottom w:w="120" w:type="dxa"/>
              <w:end w:w="80" w:type="dxa"/>
            </w:tcMar>
          </w:tcPr>
          <w:p/>
        </w:tc>
        <w:tc>
          <w:tcPr>
            <w:tcW w:type="dxa" w:w="3400"/>
            <w:tcMar>
              <w:top w:w="120" w:type="dxa"/>
              <w:start w:w="80" w:type="dxa"/>
              <w:bottom w:w="120" w:type="dxa"/>
              <w:end w:w="80" w:type="dxa"/>
            </w:tcMar>
          </w:tcPr>
          <w:p/>
        </w:tc>
        <w:tc>
          <w:tcPr>
            <w:tcW w:type="dxa" w:w="3400"/>
            <w:tcMar>
              <w:top w:w="120" w:type="dxa"/>
              <w:start w:w="80" w:type="dxa"/>
              <w:bottom w:w="120" w:type="dxa"/>
              <w:end w:w="80" w:type="dxa"/>
            </w:tcMar>
          </w:tcPr>
          <w:p/>
        </w:tc>
      </w:tr>
      <w:tr>
        <w:tc>
          <w:tcPr>
            <w:tcW w:type="dxa" w:w="3400"/>
            <w:tcMar>
              <w:top w:w="120" w:type="dxa"/>
              <w:start w:w="80" w:type="dxa"/>
              <w:bottom w:w="120" w:type="dxa"/>
              <w:end w:w="80" w:type="dxa"/>
            </w:tcMar>
          </w:tcPr>
          <w:p/>
        </w:tc>
        <w:tc>
          <w:tcPr>
            <w:tcW w:type="dxa" w:w="3400"/>
            <w:tcMar>
              <w:top w:w="120" w:type="dxa"/>
              <w:start w:w="80" w:type="dxa"/>
              <w:bottom w:w="120" w:type="dxa"/>
              <w:end w:w="80" w:type="dxa"/>
            </w:tcMar>
          </w:tcPr>
          <w:p/>
        </w:tc>
        <w:tc>
          <w:tcPr>
            <w:tcW w:type="dxa" w:w="3400"/>
            <w:tcMar>
              <w:top w:w="120" w:type="dxa"/>
              <w:start w:w="80" w:type="dxa"/>
              <w:bottom w:w="120" w:type="dxa"/>
              <w:end w:w="80" w:type="dxa"/>
            </w:tcMar>
          </w:tcPr>
          <w:p/>
        </w:tc>
      </w:tr>
      <w:tr>
        <w:tc>
          <w:tcPr>
            <w:tcW w:type="dxa" w:w="3400"/>
            <w:tcMar>
              <w:top w:w="120" w:type="dxa"/>
              <w:start w:w="80" w:type="dxa"/>
              <w:bottom w:w="120" w:type="dxa"/>
              <w:end w:w="80" w:type="dxa"/>
            </w:tcMar>
          </w:tcPr>
          <w:p/>
        </w:tc>
        <w:tc>
          <w:tcPr>
            <w:tcW w:type="dxa" w:w="3400"/>
            <w:tcMar>
              <w:top w:w="120" w:type="dxa"/>
              <w:start w:w="80" w:type="dxa"/>
              <w:bottom w:w="120" w:type="dxa"/>
              <w:end w:w="80" w:type="dxa"/>
            </w:tcMar>
          </w:tcPr>
          <w:p/>
        </w:tc>
        <w:tc>
          <w:tcPr>
            <w:tcW w:type="dxa" w:w="3400"/>
            <w:tcMar>
              <w:top w:w="120" w:type="dxa"/>
              <w:start w:w="80" w:type="dxa"/>
              <w:bottom w:w="120" w:type="dxa"/>
              <w:end w:w="80" w:type="dxa"/>
            </w:tcMar>
          </w:tcPr>
          <w:p/>
        </w:tc>
      </w:tr>
    </w:tbl>
    <w:p>
      <w:pPr>
        <w:pStyle w:val="Heading1"/>
      </w:pPr>
      <w:r>
        <w:t>Ablageorte &amp; Zugriffe</w:t>
      </w:r>
    </w:p>
    <w:p>
      <w:r>
        <w:t>Wo liegen Dateien, Unterlagen und Informationen? Keine persönlichen Passwörter eintragen.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tblHeader w:val="true"/>
        </w:trPr>
        <w:tc>
          <w:tcPr>
            <w:tcW w:type="dxa" w:w="3400"/>
            <w:shd w:fill="C7EBF4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</w:rPr>
              <w:t>Thema / System</w:t>
            </w:r>
          </w:p>
        </w:tc>
        <w:tc>
          <w:tcPr>
            <w:tcW w:type="dxa" w:w="3400"/>
            <w:shd w:fill="C7EBF4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</w:rPr>
              <w:t>Link / Ablageort</w:t>
            </w:r>
          </w:p>
        </w:tc>
        <w:tc>
          <w:tcPr>
            <w:tcW w:type="dxa" w:w="3400"/>
            <w:shd w:fill="C7EBF4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</w:rPr>
              <w:t>Hinweis / Berechtigung</w:t>
            </w:r>
          </w:p>
        </w:tc>
      </w:tr>
      <w:tr>
        <w:tc>
          <w:tcPr>
            <w:tcW w:type="dxa" w:w="3400"/>
            <w:tcMar>
              <w:top w:w="120" w:type="dxa"/>
              <w:start w:w="80" w:type="dxa"/>
              <w:bottom w:w="120" w:type="dxa"/>
              <w:end w:w="80" w:type="dxa"/>
            </w:tcMar>
          </w:tcPr>
          <w:p/>
        </w:tc>
        <w:tc>
          <w:tcPr>
            <w:tcW w:type="dxa" w:w="3400"/>
            <w:tcMar>
              <w:top w:w="120" w:type="dxa"/>
              <w:start w:w="80" w:type="dxa"/>
              <w:bottom w:w="120" w:type="dxa"/>
              <w:end w:w="80" w:type="dxa"/>
            </w:tcMar>
          </w:tcPr>
          <w:p/>
        </w:tc>
        <w:tc>
          <w:tcPr>
            <w:tcW w:type="dxa" w:w="3400"/>
            <w:tcMar>
              <w:top w:w="120" w:type="dxa"/>
              <w:start w:w="80" w:type="dxa"/>
              <w:bottom w:w="120" w:type="dxa"/>
              <w:end w:w="80" w:type="dxa"/>
            </w:tcMar>
          </w:tcPr>
          <w:p/>
        </w:tc>
      </w:tr>
      <w:tr>
        <w:tc>
          <w:tcPr>
            <w:tcW w:type="dxa" w:w="3400"/>
            <w:tcMar>
              <w:top w:w="120" w:type="dxa"/>
              <w:start w:w="80" w:type="dxa"/>
              <w:bottom w:w="120" w:type="dxa"/>
              <w:end w:w="80" w:type="dxa"/>
            </w:tcMar>
          </w:tcPr>
          <w:p/>
        </w:tc>
        <w:tc>
          <w:tcPr>
            <w:tcW w:type="dxa" w:w="3400"/>
            <w:tcMar>
              <w:top w:w="120" w:type="dxa"/>
              <w:start w:w="80" w:type="dxa"/>
              <w:bottom w:w="120" w:type="dxa"/>
              <w:end w:w="80" w:type="dxa"/>
            </w:tcMar>
          </w:tcPr>
          <w:p/>
        </w:tc>
        <w:tc>
          <w:tcPr>
            <w:tcW w:type="dxa" w:w="3400"/>
            <w:tcMar>
              <w:top w:w="120" w:type="dxa"/>
              <w:start w:w="80" w:type="dxa"/>
              <w:bottom w:w="120" w:type="dxa"/>
              <w:end w:w="80" w:type="dxa"/>
            </w:tcMar>
          </w:tcPr>
          <w:p/>
        </w:tc>
      </w:tr>
      <w:tr>
        <w:tc>
          <w:tcPr>
            <w:tcW w:type="dxa" w:w="3400"/>
            <w:tcMar>
              <w:top w:w="120" w:type="dxa"/>
              <w:start w:w="80" w:type="dxa"/>
              <w:bottom w:w="120" w:type="dxa"/>
              <w:end w:w="80" w:type="dxa"/>
            </w:tcMar>
          </w:tcPr>
          <w:p/>
        </w:tc>
        <w:tc>
          <w:tcPr>
            <w:tcW w:type="dxa" w:w="3400"/>
            <w:tcMar>
              <w:top w:w="120" w:type="dxa"/>
              <w:start w:w="80" w:type="dxa"/>
              <w:bottom w:w="120" w:type="dxa"/>
              <w:end w:w="80" w:type="dxa"/>
            </w:tcMar>
          </w:tcPr>
          <w:p/>
        </w:tc>
        <w:tc>
          <w:tcPr>
            <w:tcW w:type="dxa" w:w="3400"/>
            <w:tcMar>
              <w:top w:w="120" w:type="dxa"/>
              <w:start w:w="80" w:type="dxa"/>
              <w:bottom w:w="120" w:type="dxa"/>
              <w:end w:w="80" w:type="dxa"/>
            </w:tcMar>
          </w:tcPr>
          <w:p/>
        </w:tc>
      </w:tr>
      <w:tr>
        <w:tc>
          <w:tcPr>
            <w:tcW w:type="dxa" w:w="3400"/>
            <w:tcMar>
              <w:top w:w="120" w:type="dxa"/>
              <w:start w:w="80" w:type="dxa"/>
              <w:bottom w:w="120" w:type="dxa"/>
              <w:end w:w="80" w:type="dxa"/>
            </w:tcMar>
          </w:tcPr>
          <w:p/>
        </w:tc>
        <w:tc>
          <w:tcPr>
            <w:tcW w:type="dxa" w:w="3400"/>
            <w:tcMar>
              <w:top w:w="120" w:type="dxa"/>
              <w:start w:w="80" w:type="dxa"/>
              <w:bottom w:w="120" w:type="dxa"/>
              <w:end w:w="80" w:type="dxa"/>
            </w:tcMar>
          </w:tcPr>
          <w:p/>
        </w:tc>
        <w:tc>
          <w:tcPr>
            <w:tcW w:type="dxa" w:w="3400"/>
            <w:tcMar>
              <w:top w:w="120" w:type="dxa"/>
              <w:start w:w="80" w:type="dxa"/>
              <w:bottom w:w="120" w:type="dxa"/>
              <w:end w:w="80" w:type="dxa"/>
            </w:tcMar>
          </w:tcPr>
          <w:p/>
        </w:tc>
      </w:tr>
    </w:tbl>
    <w:p>
      <w:pPr>
        <w:pStyle w:val="Heading1"/>
      </w:pPr>
      <w:r>
        <w:t>Besonderheiten / Notfälle</w:t>
      </w:r>
    </w:p>
    <w:p>
      <w:r>
        <w:t>Nur Informationen, die Ihre Vertretung bei Sonderfällen wirklich benötigt.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tblHeader w:val="true"/>
        </w:trPr>
        <w:tc>
          <w:tcPr>
            <w:tcW w:type="dxa" w:w="3400"/>
            <w:shd w:fill="C7EBF4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</w:rPr>
              <w:t>Situation</w:t>
            </w:r>
          </w:p>
        </w:tc>
        <w:tc>
          <w:tcPr>
            <w:tcW w:type="dxa" w:w="3400"/>
            <w:shd w:fill="C7EBF4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</w:rPr>
              <w:t>Was ist zu tun?</w:t>
            </w:r>
          </w:p>
        </w:tc>
        <w:tc>
          <w:tcPr>
            <w:tcW w:type="dxa" w:w="3400"/>
            <w:shd w:fill="C7EBF4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</w:rPr>
              <w:t>Ansprechpartner</w:t>
            </w:r>
          </w:p>
        </w:tc>
      </w:tr>
      <w:tr>
        <w:tc>
          <w:tcPr>
            <w:tcW w:type="dxa" w:w="3400"/>
            <w:tcMar>
              <w:top w:w="120" w:type="dxa"/>
              <w:start w:w="80" w:type="dxa"/>
              <w:bottom w:w="120" w:type="dxa"/>
              <w:end w:w="80" w:type="dxa"/>
            </w:tcMar>
          </w:tcPr>
          <w:p/>
        </w:tc>
        <w:tc>
          <w:tcPr>
            <w:tcW w:type="dxa" w:w="3400"/>
            <w:tcMar>
              <w:top w:w="120" w:type="dxa"/>
              <w:start w:w="80" w:type="dxa"/>
              <w:bottom w:w="120" w:type="dxa"/>
              <w:end w:w="80" w:type="dxa"/>
            </w:tcMar>
          </w:tcPr>
          <w:p/>
        </w:tc>
        <w:tc>
          <w:tcPr>
            <w:tcW w:type="dxa" w:w="3400"/>
            <w:tcMar>
              <w:top w:w="120" w:type="dxa"/>
              <w:start w:w="80" w:type="dxa"/>
              <w:bottom w:w="120" w:type="dxa"/>
              <w:end w:w="80" w:type="dxa"/>
            </w:tcMar>
          </w:tcPr>
          <w:p/>
        </w:tc>
      </w:tr>
      <w:tr>
        <w:tc>
          <w:tcPr>
            <w:tcW w:type="dxa" w:w="3400"/>
            <w:tcMar>
              <w:top w:w="120" w:type="dxa"/>
              <w:start w:w="80" w:type="dxa"/>
              <w:bottom w:w="120" w:type="dxa"/>
              <w:end w:w="80" w:type="dxa"/>
            </w:tcMar>
          </w:tcPr>
          <w:p/>
        </w:tc>
        <w:tc>
          <w:tcPr>
            <w:tcW w:type="dxa" w:w="3400"/>
            <w:tcMar>
              <w:top w:w="120" w:type="dxa"/>
              <w:start w:w="80" w:type="dxa"/>
              <w:bottom w:w="120" w:type="dxa"/>
              <w:end w:w="80" w:type="dxa"/>
            </w:tcMar>
          </w:tcPr>
          <w:p/>
        </w:tc>
        <w:tc>
          <w:tcPr>
            <w:tcW w:type="dxa" w:w="3400"/>
            <w:tcMar>
              <w:top w:w="120" w:type="dxa"/>
              <w:start w:w="80" w:type="dxa"/>
              <w:bottom w:w="120" w:type="dxa"/>
              <w:end w:w="80" w:type="dxa"/>
            </w:tcMar>
          </w:tcPr>
          <w:p/>
        </w:tc>
      </w:tr>
      <w:tr>
        <w:tc>
          <w:tcPr>
            <w:tcW w:type="dxa" w:w="3400"/>
            <w:tcMar>
              <w:top w:w="120" w:type="dxa"/>
              <w:start w:w="80" w:type="dxa"/>
              <w:bottom w:w="120" w:type="dxa"/>
              <w:end w:w="80" w:type="dxa"/>
            </w:tcMar>
          </w:tcPr>
          <w:p/>
        </w:tc>
        <w:tc>
          <w:tcPr>
            <w:tcW w:type="dxa" w:w="3400"/>
            <w:tcMar>
              <w:top w:w="120" w:type="dxa"/>
              <w:start w:w="80" w:type="dxa"/>
              <w:bottom w:w="120" w:type="dxa"/>
              <w:end w:w="80" w:type="dxa"/>
            </w:tcMar>
          </w:tcPr>
          <w:p/>
        </w:tc>
        <w:tc>
          <w:tcPr>
            <w:tcW w:type="dxa" w:w="3400"/>
            <w:tcMar>
              <w:top w:w="120" w:type="dxa"/>
              <w:start w:w="80" w:type="dxa"/>
              <w:bottom w:w="120" w:type="dxa"/>
              <w:end w:w="80" w:type="dxa"/>
            </w:tcMar>
          </w:tcPr>
          <w:p/>
        </w:tc>
      </w:tr>
    </w:tbl>
    <w:p>
      <w:pPr>
        <w:pStyle w:val="Heading1"/>
      </w:pPr>
      <w:r>
        <w:t>Kurz vor dem Urlaub prüfen</w:t>
      </w:r>
    </w:p>
    <w:p>
      <w:pPr>
        <w:spacing w:after="60"/>
      </w:pPr>
      <w:r>
        <w:t>☐  Vertretung kennt Aufgaben und Prioritäten</w:t>
      </w:r>
    </w:p>
    <w:p>
      <w:pPr>
        <w:spacing w:after="60"/>
      </w:pPr>
      <w:r>
        <w:t>☐  Deadlines und Termine sind vollständig</w:t>
      </w:r>
    </w:p>
    <w:p>
      <w:pPr>
        <w:spacing w:after="60"/>
      </w:pPr>
      <w:r>
        <w:t>☐  Benötigte Zugriffsrechte sind eingerichtet</w:t>
      </w:r>
    </w:p>
    <w:p>
      <w:pPr>
        <w:spacing w:after="60"/>
      </w:pPr>
      <w:r>
        <w:t>☐  Ablageorte und Links funktionieren</w:t>
      </w:r>
    </w:p>
    <w:p>
      <w:pPr>
        <w:spacing w:after="60"/>
      </w:pPr>
      <w:r>
        <w:t>☐  Persönliche Übergabe wurde durchgeführt</w:t>
      </w:r>
    </w:p>
    <w:p>
      <w:pPr>
        <w:spacing w:after="60"/>
      </w:pPr>
      <w:r>
        <w:t>☐  Abwesenheitsnotiz ist vorbereitet</w:t>
      </w:r>
    </w:p>
    <w:p>
      <w:pPr>
        <w:spacing w:before="200"/>
      </w:pPr>
      <w:r>
        <w:rPr>
          <w:b/>
        </w:rPr>
        <w:t xml:space="preserve">Hinweis: </w:t>
      </w:r>
      <w:r>
        <w:t>Persönliche Passwörter gehören nicht in die Urlaubsübergabe. Nutzen Sie die im Unternehmen vorgesehenen Freigaben und Berechtigungen.</w:t>
      </w:r>
    </w:p>
    <w:sectPr w:rsidR="00FC693F" w:rsidRPr="0006063C" w:rsidSect="00034616">
      <w:footerReference w:type="default" r:id="rId9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87878"/>
        <w:sz w:val="16"/>
      </w:rPr>
      <w:t>Karrierebibel.de – Urlaubsübergabe Vorlage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44966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39AB5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